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88" w:type="dxa"/>
        <w:tblLayout w:type="fixed"/>
        <w:tblLook w:val="04A0" w:firstRow="1" w:lastRow="0" w:firstColumn="1" w:lastColumn="0" w:noHBand="0" w:noVBand="1"/>
      </w:tblPr>
      <w:tblGrid>
        <w:gridCol w:w="4082"/>
        <w:gridCol w:w="2340"/>
        <w:gridCol w:w="2340"/>
        <w:gridCol w:w="1426"/>
      </w:tblGrid>
      <w:tr w:rsidR="00A34414" w:rsidTr="00B63EBF">
        <w:tc>
          <w:tcPr>
            <w:tcW w:w="101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414" w:rsidRDefault="00C43D6D">
            <w:pPr>
              <w:jc w:val="center"/>
            </w:pPr>
            <w:proofErr w:type="spellStart"/>
            <w:r>
              <w:rPr>
                <w:b/>
                <w:sz w:val="24"/>
              </w:rPr>
              <w:t>Распоред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писмених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провера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дужих</w:t>
            </w:r>
            <w:proofErr w:type="spellEnd"/>
            <w:r>
              <w:rPr>
                <w:b/>
                <w:sz w:val="24"/>
              </w:rPr>
              <w:t xml:space="preserve"> од 15 минута</w:t>
            </w:r>
          </w:p>
        </w:tc>
      </w:tr>
      <w:tr w:rsidR="00A34414" w:rsidTr="00B63EBF">
        <w:tc>
          <w:tcPr>
            <w:tcW w:w="101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414" w:rsidRDefault="00C43D6D">
            <w:pPr>
              <w:jc w:val="center"/>
            </w:pPr>
            <w:r>
              <w:rPr>
                <w:b/>
                <w:sz w:val="20"/>
              </w:rPr>
              <w:t>Име и презиме наставника: Владимир Милићевић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b/>
                <w:sz w:val="18"/>
              </w:rPr>
              <w:t>Предмет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b/>
                <w:sz w:val="18"/>
              </w:rPr>
              <w:t>Разред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b/>
                <w:sz w:val="18"/>
              </w:rPr>
              <w:t>Датум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b/>
                <w:sz w:val="18"/>
              </w:rPr>
              <w:t>Редни број</w:t>
            </w:r>
            <w:r>
              <w:rPr>
                <w:b/>
                <w:sz w:val="18"/>
              </w:rPr>
              <w:br/>
              <w:t>часа</w:t>
            </w:r>
          </w:p>
        </w:tc>
      </w:tr>
      <w:tr w:rsidR="00A34414" w:rsidTr="00B63EBF">
        <w:tc>
          <w:tcPr>
            <w:tcW w:w="101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414" w:rsidRDefault="00C43D6D">
            <w:pPr>
              <w:jc w:val="center"/>
            </w:pPr>
            <w:r>
              <w:rPr>
                <w:b/>
                <w:sz w:val="18"/>
              </w:rPr>
              <w:t>ПРВО ПОЛУГОДИШТЕ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2.ср. И.О+ТМ1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20.10.2026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15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2.ср. И.О+ТМ2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22.10.2026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15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2.ср. И.О+ТМ1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08.12.2026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28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2.ср. И.О+ТМ2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10.12.2026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28</w:t>
            </w:r>
          </w:p>
        </w:tc>
      </w:tr>
      <w:tr w:rsidR="00A34414" w:rsidTr="00B63EBF">
        <w:tc>
          <w:tcPr>
            <w:tcW w:w="101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414" w:rsidRDefault="00C43D6D">
            <w:pPr>
              <w:jc w:val="center"/>
            </w:pPr>
            <w:r>
              <w:rPr>
                <w:b/>
                <w:sz w:val="18"/>
              </w:rPr>
              <w:t>ДРУГО ПОЛУГОДИШТЕ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2.ср. И.О+ТМ1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26.01.2027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37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2.ср. И.О+ТМ2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04.02.2027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37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2.ср. И.О+ТМ1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25.02.2027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44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2.ср. И.О+ТМ2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04.03.2027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44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 xml:space="preserve">Хармонија 2.ср. </w:t>
            </w:r>
            <w:r>
              <w:rPr>
                <w:sz w:val="18"/>
              </w:rPr>
              <w:t>И.О+ТМ1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01.06.2027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69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2.ср. И.О+ТМ2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03.06.2027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69</w:t>
            </w:r>
          </w:p>
        </w:tc>
      </w:tr>
    </w:tbl>
    <w:p w:rsidR="00A34414" w:rsidRDefault="00A34414"/>
    <w:tbl>
      <w:tblPr>
        <w:tblW w:w="10188" w:type="dxa"/>
        <w:tblLayout w:type="fixed"/>
        <w:tblLook w:val="04A0" w:firstRow="1" w:lastRow="0" w:firstColumn="1" w:lastColumn="0" w:noHBand="0" w:noVBand="1"/>
      </w:tblPr>
      <w:tblGrid>
        <w:gridCol w:w="4082"/>
        <w:gridCol w:w="2340"/>
        <w:gridCol w:w="2340"/>
        <w:gridCol w:w="1426"/>
      </w:tblGrid>
      <w:tr w:rsidR="00A34414" w:rsidTr="00B63EBF">
        <w:tc>
          <w:tcPr>
            <w:tcW w:w="101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414" w:rsidRDefault="00C43D6D">
            <w:pPr>
              <w:jc w:val="center"/>
            </w:pPr>
            <w:proofErr w:type="spellStart"/>
            <w:r>
              <w:rPr>
                <w:b/>
                <w:sz w:val="24"/>
              </w:rPr>
              <w:t>Распоред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писмених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провера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дужих</w:t>
            </w:r>
            <w:proofErr w:type="spellEnd"/>
            <w:r>
              <w:rPr>
                <w:b/>
                <w:sz w:val="24"/>
              </w:rPr>
              <w:t xml:space="preserve"> од 15 минута</w:t>
            </w:r>
          </w:p>
        </w:tc>
      </w:tr>
      <w:tr w:rsidR="00A34414" w:rsidTr="00B63EBF">
        <w:tc>
          <w:tcPr>
            <w:tcW w:w="101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414" w:rsidRDefault="00C43D6D">
            <w:pPr>
              <w:jc w:val="center"/>
            </w:pPr>
            <w:r>
              <w:rPr>
                <w:b/>
                <w:sz w:val="20"/>
              </w:rPr>
              <w:t>Име и презиме наставника: Владимир Милићевић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b/>
                <w:sz w:val="18"/>
              </w:rPr>
              <w:t>Предмет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b/>
                <w:sz w:val="18"/>
              </w:rPr>
              <w:t>Разред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b/>
                <w:sz w:val="18"/>
              </w:rPr>
              <w:t>Датум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b/>
                <w:sz w:val="18"/>
              </w:rPr>
              <w:t>Редни број</w:t>
            </w:r>
            <w:r>
              <w:rPr>
                <w:b/>
                <w:sz w:val="18"/>
              </w:rPr>
              <w:br/>
              <w:t>часа</w:t>
            </w:r>
          </w:p>
        </w:tc>
      </w:tr>
      <w:tr w:rsidR="00A34414" w:rsidTr="00B63EBF">
        <w:tc>
          <w:tcPr>
            <w:tcW w:w="101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414" w:rsidRDefault="00C43D6D">
            <w:pPr>
              <w:jc w:val="center"/>
            </w:pPr>
            <w:r>
              <w:rPr>
                <w:b/>
                <w:sz w:val="18"/>
              </w:rPr>
              <w:t>ПРВО ПОЛУГОДИШТЕ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3.ср. ИО1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28.10.2026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9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3.ср. ТМ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28.10.2026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9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3.ср. ИО1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30.12.2026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17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3.ср. ТМ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30.12.2026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17</w:t>
            </w:r>
          </w:p>
        </w:tc>
      </w:tr>
      <w:tr w:rsidR="00A34414" w:rsidTr="00B63EBF">
        <w:tc>
          <w:tcPr>
            <w:tcW w:w="101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414" w:rsidRDefault="00C43D6D">
            <w:pPr>
              <w:jc w:val="center"/>
            </w:pPr>
            <w:r>
              <w:rPr>
                <w:b/>
                <w:sz w:val="18"/>
              </w:rPr>
              <w:t>ДРУГО ПОЛУГОДИШТЕ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3.ср. ИО1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05.05.2027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30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lastRenderedPageBreak/>
              <w:t>Хармонија 3.ср. ТМ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05.05.2027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30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3.ср. ИО1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09.06.2027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35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Хармонија 3.ср. ТМ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09.06.2027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>
            <w:pPr>
              <w:jc w:val="center"/>
            </w:pPr>
            <w:r>
              <w:rPr>
                <w:sz w:val="18"/>
              </w:rPr>
              <w:t>35</w:t>
            </w:r>
          </w:p>
        </w:tc>
      </w:tr>
    </w:tbl>
    <w:p w:rsidR="00B63EBF" w:rsidRDefault="00B63EBF"/>
    <w:p w:rsidR="00B63EBF" w:rsidRDefault="00B63EBF"/>
    <w:tbl>
      <w:tblPr>
        <w:tblW w:w="10188" w:type="dxa"/>
        <w:tblLayout w:type="fixed"/>
        <w:tblLook w:val="04A0" w:firstRow="1" w:lastRow="0" w:firstColumn="1" w:lastColumn="0" w:noHBand="0" w:noVBand="1"/>
      </w:tblPr>
      <w:tblGrid>
        <w:gridCol w:w="4082"/>
        <w:gridCol w:w="2340"/>
        <w:gridCol w:w="2340"/>
        <w:gridCol w:w="1426"/>
      </w:tblGrid>
      <w:tr w:rsidR="00A34414" w:rsidTr="00B63EBF">
        <w:tc>
          <w:tcPr>
            <w:tcW w:w="101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414" w:rsidRDefault="00C43D6D">
            <w:pPr>
              <w:jc w:val="center"/>
            </w:pPr>
            <w:proofErr w:type="spellStart"/>
            <w:r>
              <w:rPr>
                <w:b/>
                <w:sz w:val="24"/>
              </w:rPr>
              <w:t>Распоред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писмених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провера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дужих</w:t>
            </w:r>
            <w:proofErr w:type="spellEnd"/>
            <w:r>
              <w:rPr>
                <w:b/>
                <w:sz w:val="24"/>
              </w:rPr>
              <w:t xml:space="preserve"> од 15 минута</w:t>
            </w:r>
          </w:p>
        </w:tc>
      </w:tr>
      <w:tr w:rsidR="00A34414" w:rsidTr="00B63EBF">
        <w:tc>
          <w:tcPr>
            <w:tcW w:w="101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414" w:rsidRDefault="00C43D6D">
            <w:pPr>
              <w:jc w:val="center"/>
            </w:pPr>
            <w:r>
              <w:rPr>
                <w:b/>
                <w:sz w:val="20"/>
              </w:rPr>
              <w:t>Име и презиме наставника: Владимир Милићевић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b/>
                <w:sz w:val="18"/>
              </w:rPr>
              <w:t>Предмет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b/>
                <w:sz w:val="18"/>
              </w:rPr>
              <w:t>Разред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b/>
                <w:sz w:val="18"/>
              </w:rPr>
              <w:t>Датум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b/>
                <w:sz w:val="18"/>
              </w:rPr>
              <w:t>Редни број</w:t>
            </w:r>
            <w:r>
              <w:rPr>
                <w:b/>
                <w:sz w:val="18"/>
              </w:rPr>
              <w:br/>
              <w:t>часа</w:t>
            </w:r>
          </w:p>
        </w:tc>
      </w:tr>
      <w:tr w:rsidR="00A34414" w:rsidTr="00B63EBF">
        <w:tc>
          <w:tcPr>
            <w:tcW w:w="101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b/>
                <w:sz w:val="18"/>
              </w:rPr>
              <w:t>ПРВО ПОЛУГОДИШТЕ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Хармонија 4.ср. И.О+ТМ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25.09.2026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5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Хармонија 4.ср. ДИЗ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30.10.2026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18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 xml:space="preserve">Хармонија </w:t>
            </w:r>
            <w:r>
              <w:rPr>
                <w:sz w:val="18"/>
              </w:rPr>
              <w:t>4.ср. И.О+ТМ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27.11.2026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13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Хармонија 4.ср. ДИЗ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4</w:t>
            </w:r>
            <w:bookmarkStart w:id="0" w:name="_GoBack"/>
            <w:bookmarkEnd w:id="0"/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18.12.2026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34</w:t>
            </w:r>
          </w:p>
        </w:tc>
      </w:tr>
      <w:tr w:rsidR="00A34414" w:rsidTr="00B63EBF">
        <w:tc>
          <w:tcPr>
            <w:tcW w:w="101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b/>
                <w:sz w:val="18"/>
              </w:rPr>
              <w:t>ДРУГО ПОЛУГОДИШТЕ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Хармонија 4.ср. И.О+ТМ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05.02.2027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20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Хармонија 4.ср. ДИЗ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05.02.2027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43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Хармонија 4.ср. ДИЗ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26.03.2027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52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Хармонија 4.ср. И.О+ТМ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16.04.2027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29</w:t>
            </w:r>
          </w:p>
        </w:tc>
      </w:tr>
      <w:tr w:rsidR="00A34414" w:rsidTr="00B63EBF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 xml:space="preserve">Хармонија 4.ср. </w:t>
            </w:r>
            <w:r>
              <w:rPr>
                <w:sz w:val="18"/>
              </w:rPr>
              <w:t>ДИЗ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21.05.2027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414" w:rsidRDefault="00C43D6D" w:rsidP="00B63EBF">
            <w:pPr>
              <w:jc w:val="center"/>
            </w:pPr>
            <w:r>
              <w:rPr>
                <w:sz w:val="18"/>
              </w:rPr>
              <w:t>66</w:t>
            </w:r>
          </w:p>
        </w:tc>
      </w:tr>
    </w:tbl>
    <w:p w:rsidR="00C43D6D" w:rsidRDefault="00C43D6D"/>
    <w:sectPr w:rsidR="00C43D6D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34414"/>
    <w:rsid w:val="00AA1D8D"/>
    <w:rsid w:val="00B47730"/>
    <w:rsid w:val="00B63EBF"/>
    <w:rsid w:val="00C43D6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3EB57F"/>
  <w14:defaultImageDpi w14:val="300"/>
  <w15:docId w15:val="{6771AA60-2A0A-4BDA-AE5C-5991D1D26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0DCCA2-523E-4D64-8050-151934792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2</cp:revision>
  <dcterms:created xsi:type="dcterms:W3CDTF">2013-12-23T23:15:00Z</dcterms:created>
  <dcterms:modified xsi:type="dcterms:W3CDTF">2026-09-03T22:28:00Z</dcterms:modified>
  <cp:category/>
</cp:coreProperties>
</file>